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שבוע הבטיחות: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סיכון אפשריים בבית, בחצר, בטבע, בדרך וברשת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העצירה, החשיבה והבחירה הבטוחה בכל תרחיש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לפנות לעזרה ולשנן מספרי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דרך פשוטה להירגע במצב מלחיץ ולהתחייב להתנהגות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עוצרים, חושבים, בוחרים – זוכרים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קסדי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עוצרים, חושבים, בוחרים – תרגול עם הסיר החם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השלב הראשון הוא "עוצרים", ורק אחר כך חושבים ובוחרים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בדיוק זה הרעיון המרכזי של שלושת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רגע הקסם שבו עוצרים וחושבים לפני שבוחרים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עוצרים, חושבים, בוחרים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קפא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עוצרים, חושבים, בוחרים – מתאימים שלב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(לעצור לרגע לפני שפועלים)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(לחשוב מה עלול לקרות)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(לבחור בדרך הבטוחה)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(מואר בצבע ירוק)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בטיחות בבית – זוכרים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סיר עם אדים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ניצוצות כתומים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בטיחות בבית – מתרגלים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ידית בולטת וסיר חם עלולים לגרום לכוויה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כשיש סימן סכנה צריך לעצור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עוצרים, חושבים, ואז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בבית יש מצבים מסוכנים כמו כיריים חמות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בטיחות בבית – חושבים ובוחרים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בטיחות בחצר ובדרך – מה נכון ומה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מטפסים מסוכנים – צריך לבקש עזרה ממבוגר.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בודקים שאין רכב מתקרב לפני החצייה.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גדר היא לא מקום בטוח לעמידה או ישיבה.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הליכה מסודרת במדרגות מונעת נפילות.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בטיחות בחצר ובדרך – בוחרים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לבקש עזרה ממבוגר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לרדת מהאופניים ולחצות ברגל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קליפת בננה, שלולית וילד על הגדר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לבחור את הדרך הבטוחה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בטיחות בחצר ובדרך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אפשר ליפול ולהיפצע; הגדר לא בנויה לטיפוס.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עוצר, לא מטפס, פונה למבוגר אחראי ומבקש עזרה להוריד את הכדור.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לא לשבת על הגדר; לחצות רק במעבר חציה.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עצירה נותנת זמן לבדוק סכנה, כמו לבדוק שאין רכב לפני חציה במקום לרוץ ישר.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בטיחות בחורשה ובטבע – מה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מדורה ללא השגחה עלולה להתפשט ולהיות מסוכנת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בעלי חיים שנראים חמודים יכולים להיבהל ולנשוך או לשרוט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השביל המסומן בטוח ומונע הליכה לאיבוד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צמחים מסוימים עלולים להיות רעילים גם אם נראים כמו פרי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מדורה שלא כבתה כראוי יכולה להתלקח שוב ולגרום לשריפה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בטיחות בחורשה ובטבע – מה עושים בכל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מתרחקים ומספרים מיד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מתבוננים מרחוק ולא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לא נוגעים ושואלים מבוגר מה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נשארים בתוך השביל המסומן ועם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בטיחות בחורשה ובטבע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ללכת לאיבוד, להיתקל בסכנה או לא למצוא את הדרך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ולא מתקרבים, קוראים למבוגר קרוב, מראים לו היכן המדורה, מתרחקים עד שהיא מטופלת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עלולים להיות רעילים או מסוכנים גם אם נראים תמימים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בטיחות ברשת – מה נכון ומה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פרטים אישיים כמו כתובת צריכים להישאר פרטיים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סיסמה היא אישית ולא משתפים אותה עם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מבוגר אחראי יודע איך לעזור במצב כזה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תמיד צריך לספר למבוגר לפני פגישה כזו, ולא ללכת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בטיחות ברשת – מה עושים במצבים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לספר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משפחה וכתובת 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בטיחות ברשת – התאמה בין מצב לפעולה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לענות ולספר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ללחוץ ולבדוק עם 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(לסרב ולספר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(להפסיק לצפות ולספר למבוגר)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מספרי חירום, נרגעים ומתחייבים – מספרי 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מספרי חירום, נרגעים ומתחייבים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101 הוא מגן דוד אדום, המשטרה היא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הצוות יכול להגיע מהר למקום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נשימה איטית מרגיעה את הגוף ועוזרת לקבל החלטה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תיאור סכנה אמיתית מהבית (כמו כיריים) ובחירה בטוחה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את שלושת השלבים: עוצרים, חושבים, בוחרים,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 מצב חירום אמיתי ומבוגר אחראי או מספר חירום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העולמות: שיעור אחד לכל עולם (בית, חצר, טבע, דרך, רשת) ושיעור סיכום לפרק 1 ו-6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לפשט את התרחישים ולהוסיף תמונות תומכות במקום טקסט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כתיבת תרחיש משלהם ולהחליף בין זוגות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תרגיל הנרגעים (עש״ן ד״ק) בפועל בכיתה לפני המעבר לפרק הבא, לא רק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שבוע הבטיחות: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להיזהר בבית, בחצר, בטבע, בדרך וברשת. בכל דף נעצור, נחשוב ונבחר תשובה בטוחה.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לשנייה אחת לא ממשיכים בפעולה, כדי לחשוב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חושבים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מה יכול לקרות לפני שמחליטים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בוחרים בטוח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על הדרך שלא מסכנת אותנו או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שעלול לגרום לפגיעה או לנזק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חירום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טלפון שמתקשרים אליו כשיש מצב דחוף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אחראי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הורה, מורה או מבוגר שאפשר לפנות אליו לעזרה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נרגעים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לשלוט ברגשות כשמפחדים או נלחצים, כמו נשימה עמוקה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התחייבות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אישית להתנהגות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זהירות ברשת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מידע אישי ובחירה נכונה באינטרנט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תרחיש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שמתאר מצב שצריך להחליט בו מה לעשות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עוצרים, חושבים, בוחרים – זוכרים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 כשרואים סכנה?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אחרי שעוצרים?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שוכחים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ממשיכים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עוזר לילדים ללמוד להיזהר?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קסדי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עוצרים, חושבים, בוחרים – תרגול עם הסיר החם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מבין השלושה הוא "בוחרים"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לעצור לרגע קטן ואז לבחור בצורה בטוחה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כשנוי ראתה את הסיר החם, הזמן בסצנה האט כדי לתת לה רגע 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עוצרים, חושבים, בוחרים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נוי ראתה סיר חם על הכיריים עם __________ בולטת שהתחילה את הסכנה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כשנוי הושיטה יד לסיר, הזמן בסצנה כאילו __________ לרגע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עוצרים, חושבים, בוחרים – מתאימים שלב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לבחור בדרך הבטוחה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חושבים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לעצור לרגע לפני שפועלים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מואר בצבע 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השביל הבטוח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לחשוב מה עלול לקרות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בטיחות בבית – זוכרים מה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הושיט יד לסיר החם?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קסדי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על הכיריים במטבח?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מחבת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סיר עם 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קומקום 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צלחת שבורה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הסימן שהראה שיש סכנה בסצנת המטבח?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צליל פעמון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ניצוצות כתומים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 צחוק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שלבים יש בכלל הבטיחות שקסדי מלמדת?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בטיחות בבית – מתרגלים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לגעת בידית של סיר חם על הכיריים.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כשרואים ניצוצות או אדים ליד הכיריים אפשר להמשיך לגעת בלי לחשוב.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בבחירה בטוחה הוא לעצור.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אין צורך לשים לב לסכנות כי תמיד בטוח 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בטיחות בבית – חושבים ובוחרים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כשרואים סיר חם על הכיריים, קודם כל צריך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שעוצרים, השלב הבא הוא __________ מה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התהליך בוחרים את הדרך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בטיחות בחצר ובדרך – מה נכון ומה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כדור נתקע על גג המחסן בחצר, צריך לטפס לבד ולהביא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חציית כביש עוצרים, מסתכלים ימינה ושמאלה ורק אז חוצים.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לשבת או לעמוד על גדר בית הספר כדי לראות טוב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במדרגות בית הספר הולכים בצד ובלי לדחוף 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בטיחות בחצר ובדרך – בוחרים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חוצים 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בפינת רחוב בלי מעבר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עידן צריך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לבקש עזרה ממבוגר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לטפס על הגדר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לזרוק אבן לגג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מהכדור ולהתרגז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אופניים ליד 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לרדת מהאופניים ולחצות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להאיץ כדי לעבור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לחצות באלכסון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לדהור בין המכוניות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מוצאים במשחק הסכנות בחצר?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קליפת בננה, שלולית וילד על הגדר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עוצרים לפני שבוחרים?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לבחור את הדרך הבטוחה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להספיק לשחק עוד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לאחר לשיעור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להרשים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בטיחות בחצר ובדרך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סיבות שבגללן אסור לטפס על הגדר כדי להביא כדור שנתקע.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מה עידן יכול לעשות, צעד אחר צעד, כשהכדור שלו נתקע על גג המחסן.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כלל בטיחות אחד לחצר וכלל בטיחות אחד לדרך.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'לעצור ולחשוב' לבין לפעול מיד בלי לחשוב? תנו דוגמה מהחצר או מהדרך.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בטיחות בחורשה ובטבע – מה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רואים מדורה בוערת בלי אף מבוגר לידה, צריך להתרחק ולספר למבוגר קרוב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ללטף כל בעל חיים שרואים בחורשה כי כולם ידידותיים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ללכת בשביל המסומן ולא לרדת ממנו כשמטיילים בחורשה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לטעום פירות וצמחים לא מוכרים בטבע בלי לשאול 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כשמסיימים לשבת ליד מדורה, חשוב לוודא שהיא כבויה לגמרי לפני שהולכים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בטיחות בחורשה ובטבע – מה עושים בכל 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כשרואים מדורה בלי מבוגר?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מתקרבים ומנסים לכבות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מתעלמים וממשיכים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מתרחקים ומספרים מיד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מוסיפים ענפים כדי לראות אותה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בזמן הליכה בחורשה פוגשים בעל חיים לא מוכר.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מתבוננים מרחוק ולא מתקרבים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מנסים ללטף אותו בעדינות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מריצים אותו כדי לראות לאן הוא בורח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מאכילים אותו מהיד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רואים פרח או פטרייה לא מוכרים בטבע.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קוטפים ומריחים מקרוב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טועמים קצת כדי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נוגעים ושואלים מבוגר מה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זורקים אבנים כדי לבדוק 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הולכים בטיול קבוצתי בחורשה. מה הכלל החשוב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אחד הולך בכיוון שהוא 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נשארים בתוך השביל המסומן ועם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קדימה כדי להגיע ראשונים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יוצאים מהשביל כדי לקצר את הדרך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בטיחות בחורשה ובטבע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להישאר בשביל המסומן בחורשה ולא לרדת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עושים לפי הסדר הנכון כשמגלים מדורה שנשכחה בחורשה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לא נוגעים ולא טועמים צמחים או פטריות לא מוכרים בטבע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בטיחות ברשת – מה נכון ומה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לשתף עם זרים ברשת את הכתובת של הבית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לתת סיסמה אישית לחבר טוב מהכיתה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ברשת מבקש פרטים אישיים כדאי לספר למבוגר אחראי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להיפגש עם מישהו שהכרתי באינטרנט בלי לספר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בטיחות ברשת – מה עושים במצבים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כשמקבלים הודעה מוזרה מזר?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ולהמשיך לדבר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לענות ולספר לו פרטים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ולא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לא משתפים עם זרים?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משפחה וכתובת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הסרט האהוב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 האהוב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משחק מחשב מוכר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בטיחות ברשת – התאמה בין מצב לפעולה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זר מבקש ברשת את הכתובת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ללחוץ ולבדוק עם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 שולח קישור מוזר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לסרב ולספר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מישהו מציע להיפגש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להפסיק לצפות ולספר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רואים ברשת תוכן מפחיד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לענות ולספר למבוגר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מספרי חירום, נרגעים ומתחייבים – מספרי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המספר של המשטרה?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המספר למגן דוד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המספר לכיבוי 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מספרי חירום, נרגעים ומתחייבים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של המשטרה הוא 101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כשמתקשרים למספר חירום חשוב לומר כתובת מדויקת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נשימה להרגעה עוזר לחשוב בבהירות לפני שמחליטים מה לעשות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 דוגמה אחת למצב מסוכן בבית ולבחירה הבטוחה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השלבים שעוזרים לבחור נכון במצב מסוכן?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מצב צריך להתקשר למספר חירום, ולמי אפשר לפנות קודם?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שבוע הבטיחות: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