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אפשריים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העצירה, החשיבה והבחירה הבטוחה בכל תרחיש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ולשנן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במצב מלחיץ ולהתחייב להתנהגות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עוצרים, חושבים, בוחרים – זוכרים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עוצרים, חושבים, בוחרים – תרגול עם הסיר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"עוצרים", ורק אחר כך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בדיוק זה הרעיון המרכזי של שלושת השלבים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עוצרים, חושבים, בוחרים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עוצרים, חושבים, בוחרים – מתאימים שלב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(לעצור לרגע לפני שפועלים)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(לחשוב מה עלול לקרות)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(לבחור בדרך הבטוחה)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(מואר בצבע ירוק)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בבית – זוכרים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סיר עם 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ניצוצות כתומים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בבית – מתרגלים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ידית בולטת וסיר חם עלולים לגרום לכוויה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כשיש סימן סכנה צריך לעצור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בבית –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בטיחות בחצר ובדרך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מטפסים מסוכנים – צריך לבקש עזרה ממבוגר.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 מתקרב לפני החצייה.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גדר היא לא מקום בטוח לעמידה או ישיבה.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בטיחות בחצר ובדרך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לבקש עזרה ממבוגר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בטיחות בחצר ובדרך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לשבת על הגדר; לחצות רק במעבר חציה.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בטיחות בחורשה ובטבע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מדורה ללא השגחה עלולה להתפשט ולהיות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בעלי חיים שנראים חמודים יכולים להיבהל ולנשוך או לשרוט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השביל המסומן בטוח ומונע הליכה לאיבוד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בטיחות בחורשה ובטבע – מה עושים בכל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מתרחקים ומספרים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מתבוננים מרחוק ולא מתקרבים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בטיחות בחורשה ובטבע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הם עלולים להיות רעילים או מסוכנים גם אם נראים תמימים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בטיחות ברשת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פרטים אישיים כמו כתובת צריכים להישאר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אחראי יודע איך לעזור במצב 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בטיחות ברשת – מה עושים במצבים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משפחה וכתובת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בטיחות ברשת – התאמה בין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לענות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ללחוץ ולבדוק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(לסרב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(להפסיק לצפות ולספר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מספרי חירום, נרגעים ומתחייבים – מספרי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מספרי חירום, נרגעים ומתחייבים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101 הוא מגן דוד אדום, המשטרה היא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הצוות יכול להגיע מהר למקום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תיאור סכנה אמיתית מהבית (כמו כיריים) ובחירה בטוחה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שלושת השלבים: עוצרים, חושבים, בוחרים,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מצב חירום אמיתי ומבוגר אחראי או מספר חירום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העולמות: שיעור אחד לכל עולם (בית, חצר, טבע, דרך, רשת) ושיעור סיכום לפרק 1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לפשט את התרחישים ולהוסיף תמונות תומכות במקום טקסט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תרחיש משלהם ולהחליף בין זוגות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הנרגעים (עש״ן ד״ק) בפועל בכיתה לפני המעבר לפרק הבא, לא רק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על חמשת עולמות הבטיחות מהאתר: בית, חצר, טבע, דרך ורשת. בכל פרק תעצרו ליד תרחיש, תחשבו על האפשרויות ותבחרו את הבחירה הבטוחה ביותר.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ידית  ·  לעצור  ·  לחשוב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עוצרים, חושבים, בוחרים – זוכרים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השלב הראשון מתוך שלושת השלבים שלומדים בשבוע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השלב השני אחרי שעוצרים?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שוכחים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עוצרים, חושבים, בוחרים – תרגול עם הסיר החם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מבין השלושה הוא "בוחרים"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לעצור לרגע קטן ואז לבחור בצורה בטוחה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עוצרים, חושבים, בוחרים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נוי ראתה סיר חם על הכיריים עם __________ בולטת שהתחילה את הסכנה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עוצרים, חושבים, בוחרים – מתאימים שלב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לחשוב מה עלול לקרות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לעצור לרגע לפני שפועלים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מואר בצבע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השביל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לבחור בדרך הבטוחה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בטיחות בבית – זוכרים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מהדמויות הושיטה יד לכיוון הסיר על הכיריים?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קסדי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על הכיריים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מחבת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סיר עם 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קומקום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הסימן שהראה שיש סכנה בסצנת המטבח?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צליל פעמון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ניצוצות כתומים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בטיחות בבית – מתרגלים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לגעת בידית של סיר חם על הכיריים.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כשרואים ניצוצות או אדים ליד הכיריים אפשר להמשיך לגעת בלי לחשוב.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בטיחות בבית – חושבים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כשרואים סיר חם על הכיריים, קודם כל צריך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שעוצרים, השלב הבא הוא __________ מה לעשות.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בטיחות בחצר ובדרך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כדור נתקע על גג המחסן בחצר, צריך לטפס לבד ולהביא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חציית כביש עוצרים, מסתכלים ימינה ושמאלה ורק אז חוצים.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לשבת או לעמוד על גדר בית הספר כדי לראות טוב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בטיחות בחצר ובדרך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הכי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בפינת רחוב בלי מעבר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עידן רואה כדור שנתקע על גג המחסן. מה הבחירה הבטוחה?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לבקש עזרה ממבוגר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לטפס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לזרוק אבן לגג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בטיחות בחצר ובדרך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בטיחות אחד לחצר וכלל בטיחות אחד לדרך.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בטיחות בחורשה ובטבע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רואים מדורה בוערת בלי אף מבוגר לידה, צריך להתרחק ולספר למבוגר קרוב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ללטף כל בעל חיים שרואים בחורשה כי כולם ידידותיים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ללכת בשביל המסומן ולא לרדת ממנו כשמטיילים בחורשה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בטיחות בחורשה ובטבע – מה עושים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רואים מדורה קטנה בוערת בלי אף אחד לידה. מה הפעולה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מתקרבים ומנסים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מתעלמים וממשיכים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מתרחקים ומספרים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בזמן הליכה בחורשה פוגשים בעל חיים לא מוכר.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מתבוננים מרחוק ולא מתקרבים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מנסים ללטף אותו 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מריצים אותו כדי לראות לאן הוא בורח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בטיחות בחורשה ובטבע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לא נוגעים ולא טועמים צמחים או פטריות לא מוכרים בטבע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בטיחות ברשת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לשתף עם זרים ברשת את הכתובת של 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לתת סיסמה אישית לחבר טוב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מישהו ברשת מבקש פרטים אישיים כדאי לספר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בטיחות ברשת – מה עושים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מישהו לא מוכר כותב לי הודעה מוזרה ברשת.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ולהמשיך לדבר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לענות ולספר לו 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מידע אסור לשתף עם אנשים זרים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משפחה וכתובת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הסרט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הצבע האהוב עליי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בטיחות ברשת – התאמה בין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זר מבקש ברשת את הכתובת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ללחוץ ולבדוק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 שולח קישור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לסרב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מישהו מציע להיפגש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להפסיק לצפות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רואים ברשת תוכן מפחיד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לענות ולספר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מספרי חירום, נרגעים ומתחייבים –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מתקשרים כשצריך 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מתקשרים כשצריך אמבולנס ממגן דוד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מספרי חירום, נרגעים ומתחייבים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של המשטרה הוא 101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כשמתקשרים למספר חירום חשוב לומר כתובת מדויקת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 דוגמה אחת למצב מסוכן בבית ולבחירה הבטוחה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השלבים שעוזרים לבחור נכון במצב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שבוע הבטיחות: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